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768"/>
        <w:gridCol w:w="3168"/>
      </w:tblGrid>
      <w:tr>
        <w:trPr>
          <w:cantSplit/>
        </w:trPr>
        <w:tc>
          <w:tcPr>
            <w:tcW w:type="dxa" w:w="6768"/>
            <w:vAlign w:val="center"/>
            <w:shd w:fill="16324F"/>
            <w:tcMar>
              <w:top w:w="125" w:type="dxa"/>
              <w:start w:w="220" w:type="dxa"/>
              <w:bottom w:w="125" w:type="dxa"/>
              <w:end w:w="220" w:type="dxa"/>
            </w:tcMar>
          </w:tcPr>
          <w:p>
            <w:pPr>
              <w:spacing w:after="0"/>
            </w:pPr>
            <w:r>
              <w:rPr>
                <w:rFonts w:ascii="Aptos" w:hAnsi="Aptos"/>
                <w:b/>
                <w:color w:val="FFFFFF"/>
                <w:sz w:val="30"/>
              </w:rPr>
              <w:t>{company_name}</w:t>
            </w:r>
            <w:r>
              <w:rPr>
                <w:color w:val="CFE5F2"/>
                <w:sz w:val="15"/>
              </w:rPr>
              <w:br/>
              <w:t>{company_tagline}</w:t>
            </w:r>
          </w:p>
        </w:tc>
        <w:tc>
          <w:tcPr>
            <w:tcW w:type="dxa" w:w="3168"/>
            <w:vAlign w:val="center"/>
            <w:shd w:fill="2878B5"/>
            <w:tcMar>
              <w:top w:w="125" w:type="dxa"/>
              <w:start w:w="180" w:type="dxa"/>
              <w:bottom w:w="125" w:type="dxa"/>
              <w:end w:w="180" w:type="dxa"/>
            </w:tcMar>
          </w:tcPr>
          <w:p>
            <w:pPr>
              <w:spacing w:after="0"/>
              <w:jc w:val="right"/>
            </w:pPr>
            <w:r>
              <w:rPr>
                <w:rFonts w:ascii="Aptos" w:hAnsi="Aptos"/>
                <w:b/>
                <w:color w:val="FFFFFF"/>
                <w:sz w:val="20"/>
              </w:rPr>
              <w:t>JOB OFFER</w:t>
            </w:r>
          </w:p>
        </w:tc>
      </w:tr>
    </w:tbl>
    <w:p>
      <w:pPr>
        <w:spacing w:after="2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7056"/>
        <w:gridCol w:w="2880"/>
      </w:tblGrid>
      <w:tr>
        <w:trPr>
          <w:cantSplit/>
        </w:trPr>
        <w:tc>
          <w:tcPr>
            <w:tcW w:type="dxa" w:w="5083"/>
          </w:tcPr>
          <w:p>
            <w:pPr>
              <w:spacing w:after="0"/>
            </w:pPr>
            <w:r>
              <w:rPr>
                <w:rFonts w:ascii="Aptos" w:hAnsi="Aptos"/>
                <w:b w:val="0"/>
                <w:color w:val="16324F"/>
                <w:sz w:val="19"/>
              </w:rPr>
              <w:t>{candidate_name}</w:t>
              <w:br/>
              <w:t>{candidate_address}</w:t>
              <w:br/>
              <w:t>{candidate_city_state_zip}</w:t>
            </w:r>
          </w:p>
        </w:tc>
        <w:tc>
          <w:tcPr>
            <w:tcW w:type="dxa" w:w="5083"/>
          </w:tcPr>
          <w:p>
            <w:pPr>
              <w:spacing w:after="0"/>
              <w:jc w:val="right"/>
            </w:pPr>
            <w:r>
              <w:rPr>
                <w:rFonts w:ascii="Aptos" w:hAnsi="Aptos"/>
                <w:b/>
                <w:color w:val="5E6B75"/>
                <w:sz w:val="15"/>
              </w:rPr>
              <w:t>OFFER DATE</w:t>
            </w:r>
            <w:r>
              <w:rPr>
                <w:b w:val="0"/>
                <w:color w:val="16324F"/>
                <w:sz w:val="20"/>
              </w:rPr>
              <w:br/>
              <w:t>{offer_date}</w:t>
            </w:r>
          </w:p>
        </w:tc>
      </w:tr>
    </w:tbl>
    <w:p>
      <w:pPr>
        <w:spacing w:before="100" w:after="100"/>
      </w:pPr>
      <w:r>
        <w:rPr>
          <w:b/>
          <w:sz w:val="19"/>
        </w:rPr>
        <w:t>Dear {candidate_first_name},</w:t>
      </w:r>
    </w:p>
    <w:p>
      <w:pPr>
        <w:spacing w:after="80" w:line="240" w:lineRule="auto"/>
      </w:pPr>
      <w:r>
        <w:t>We are pleased to offer you the position of {job_title} with {company_name}. We believe your experience and perspective will make a valuable contribution to our team. This letter summarizes the terms of our offer.</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968"/>
        <w:gridCol w:w="4968"/>
      </w:tblGrid>
      <w:tr>
        <w:trPr>
          <w:cantSplit/>
        </w:trPr>
        <w:tc>
          <w:tcPr>
            <w:tcW w:type="dxa" w:w="5083"/>
            <w:shd w:fill="EAF3F8"/>
            <w:tcMar>
              <w:top w:w="65" w:type="dxa"/>
              <w:start w:w="150" w:type="dxa"/>
              <w:bottom w:w="65" w:type="dxa"/>
              <w:end w:w="150" w:type="dxa"/>
            </w:tcMar>
          </w:tcPr>
          <w:p>
            <w:pPr>
              <w:spacing w:after="0"/>
            </w:pPr>
            <w:r>
              <w:rPr>
                <w:b/>
                <w:color w:val="2878B5"/>
                <w:sz w:val="14"/>
              </w:rPr>
              <w:t>POSITION</w:t>
              <w:br/>
            </w:r>
            <w:r>
              <w:rPr>
                <w:color w:val="16324F"/>
                <w:sz w:val="17"/>
              </w:rPr>
              <w:t>{job_title}</w:t>
            </w:r>
          </w:p>
        </w:tc>
        <w:tc>
          <w:tcPr>
            <w:tcW w:type="dxa" w:w="5083"/>
            <w:shd w:fill="EAF3F8"/>
            <w:tcMar>
              <w:top w:w="65" w:type="dxa"/>
              <w:start w:w="150" w:type="dxa"/>
              <w:bottom w:w="65" w:type="dxa"/>
              <w:end w:w="150" w:type="dxa"/>
            </w:tcMar>
          </w:tcPr>
          <w:p>
            <w:pPr>
              <w:spacing w:after="0"/>
            </w:pPr>
            <w:r>
              <w:rPr>
                <w:b/>
                <w:color w:val="2878B5"/>
                <w:sz w:val="14"/>
              </w:rPr>
              <w:t>REPORTS TO</w:t>
              <w:br/>
            </w:r>
            <w:r>
              <w:rPr>
                <w:color w:val="16324F"/>
                <w:sz w:val="17"/>
              </w:rPr>
              <w:t>{manager_name}, {manager_title}</w:t>
            </w:r>
          </w:p>
        </w:tc>
      </w:tr>
      <w:tr>
        <w:trPr>
          <w:cantSplit/>
        </w:trPr>
        <w:tc>
          <w:tcPr>
            <w:tcW w:type="dxa" w:w="5083"/>
            <w:shd w:fill="F5F8FA"/>
            <w:tcMar>
              <w:top w:w="65" w:type="dxa"/>
              <w:start w:w="150" w:type="dxa"/>
              <w:bottom w:w="65" w:type="dxa"/>
              <w:end w:w="150" w:type="dxa"/>
            </w:tcMar>
          </w:tcPr>
          <w:p>
            <w:pPr>
              <w:spacing w:after="0"/>
            </w:pPr>
            <w:r>
              <w:rPr>
                <w:b/>
                <w:color w:val="2878B5"/>
                <w:sz w:val="14"/>
              </w:rPr>
              <w:t>START DATE</w:t>
              <w:br/>
            </w:r>
            <w:r>
              <w:rPr>
                <w:color w:val="16324F"/>
                <w:sz w:val="17"/>
              </w:rPr>
              <w:t>{start_date}</w:t>
            </w:r>
          </w:p>
        </w:tc>
        <w:tc>
          <w:tcPr>
            <w:tcW w:type="dxa" w:w="5083"/>
            <w:shd w:fill="F5F8FA"/>
            <w:tcMar>
              <w:top w:w="65" w:type="dxa"/>
              <w:start w:w="150" w:type="dxa"/>
              <w:bottom w:w="65" w:type="dxa"/>
              <w:end w:w="150" w:type="dxa"/>
            </w:tcMar>
          </w:tcPr>
          <w:p>
            <w:pPr>
              <w:spacing w:after="0"/>
            </w:pPr>
            <w:r>
              <w:rPr>
                <w:b/>
                <w:color w:val="2878B5"/>
                <w:sz w:val="14"/>
              </w:rPr>
              <w:t>WORK ARRANGEMENT</w:t>
              <w:br/>
            </w:r>
            <w:r>
              <w:rPr>
                <w:color w:val="16324F"/>
                <w:sz w:val="17"/>
              </w:rPr>
              <w:t>{work_arrangement}</w:t>
            </w:r>
          </w:p>
        </w:tc>
      </w:tr>
      <w:tr>
        <w:trPr>
          <w:cantSplit/>
        </w:trPr>
        <w:tc>
          <w:tcPr>
            <w:tcW w:type="dxa" w:w="5083"/>
            <w:shd w:fill="EAF3F8"/>
            <w:tcMar>
              <w:top w:w="65" w:type="dxa"/>
              <w:start w:w="150" w:type="dxa"/>
              <w:bottom w:w="65" w:type="dxa"/>
              <w:end w:w="150" w:type="dxa"/>
            </w:tcMar>
          </w:tcPr>
          <w:p>
            <w:pPr>
              <w:spacing w:after="0"/>
            </w:pPr>
            <w:r>
              <w:rPr>
                <w:b/>
                <w:color w:val="2878B5"/>
                <w:sz w:val="14"/>
              </w:rPr>
              <w:t>EMPLOYMENT STATUS</w:t>
              <w:br/>
            </w:r>
            <w:r>
              <w:rPr>
                <w:color w:val="16324F"/>
                <w:sz w:val="17"/>
              </w:rPr>
              <w:t>{employment_status}</w:t>
            </w:r>
          </w:p>
        </w:tc>
        <w:tc>
          <w:tcPr>
            <w:tcW w:type="dxa" w:w="5083"/>
            <w:shd w:fill="EAF3F8"/>
            <w:tcMar>
              <w:top w:w="65" w:type="dxa"/>
              <w:start w:w="150" w:type="dxa"/>
              <w:bottom w:w="65" w:type="dxa"/>
              <w:end w:w="150" w:type="dxa"/>
            </w:tcMar>
          </w:tcPr>
          <w:p>
            <w:pPr>
              <w:spacing w:after="0"/>
            </w:pPr>
            <w:r>
              <w:rPr>
                <w:b/>
                <w:color w:val="2878B5"/>
                <w:sz w:val="14"/>
              </w:rPr>
              <w:t>WORK LOCATION</w:t>
              <w:br/>
            </w:r>
            <w:r>
              <w:rPr>
                <w:color w:val="16324F"/>
                <w:sz w:val="17"/>
              </w:rPr>
              <w:t>{work_location}</w:t>
            </w:r>
          </w:p>
        </w:tc>
      </w:tr>
      <w:tr>
        <w:trPr>
          <w:cantSplit/>
        </w:trPr>
        <w:tc>
          <w:tcPr>
            <w:tcW w:type="dxa" w:w="5083"/>
            <w:shd w:fill="F5F8FA"/>
            <w:tcMar>
              <w:top w:w="65" w:type="dxa"/>
              <w:start w:w="150" w:type="dxa"/>
              <w:bottom w:w="65" w:type="dxa"/>
              <w:end w:w="150" w:type="dxa"/>
            </w:tcMar>
          </w:tcPr>
          <w:p>
            <w:pPr>
              <w:spacing w:after="0"/>
            </w:pPr>
            <w:r>
              <w:rPr>
                <w:b/>
                <w:color w:val="2878B5"/>
                <w:sz w:val="14"/>
              </w:rPr>
              <w:t>BASE COMPENSATION</w:t>
              <w:br/>
            </w:r>
            <w:r>
              <w:rPr>
                <w:color w:val="16324F"/>
                <w:sz w:val="17"/>
              </w:rPr>
              <w:t>{base_salary} {pay_frequency}</w:t>
            </w:r>
          </w:p>
        </w:tc>
        <w:tc>
          <w:tcPr>
            <w:tcW w:type="dxa" w:w="5083"/>
            <w:shd w:fill="F5F8FA"/>
            <w:tcMar>
              <w:top w:w="65" w:type="dxa"/>
              <w:start w:w="150" w:type="dxa"/>
              <w:bottom w:w="65" w:type="dxa"/>
              <w:end w:w="150" w:type="dxa"/>
            </w:tcMar>
          </w:tcPr>
          <w:p>
            <w:pPr>
              <w:spacing w:after="0"/>
            </w:pPr>
            <w:r>
              <w:rPr>
                <w:b/>
                <w:color w:val="2878B5"/>
                <w:sz w:val="14"/>
              </w:rPr>
              <w:t>BONUS / INCENTIVE</w:t>
              <w:br/>
            </w:r>
            <w:r>
              <w:rPr>
                <w:color w:val="16324F"/>
                <w:sz w:val="17"/>
              </w:rPr>
              <w:t>{bonus_details}</w:t>
            </w:r>
          </w:p>
        </w:tc>
      </w:tr>
    </w:tbl>
    <w:p>
      <w:pPr>
        <w:spacing w:after="0"/>
      </w:pPr>
    </w:p>
    <w:p>
      <w:pPr>
        <w:spacing w:after="80" w:line="240" w:lineRule="auto"/>
      </w:pPr>
      <w:r>
        <w:rPr>
          <w:b/>
        </w:rPr>
        <w:t>Compensation.</w:t>
      </w:r>
      <w:r>
        <w:t xml:space="preserve"> Your base compensation will be {base_salary} {pay_frequency}, less applicable taxes and withholdings, paid according to the Company's regular payroll schedule. You will also be eligible for {bonus_details}, subject to the terms of the applicable plan and Company policies.</w:t>
      </w:r>
    </w:p>
    <w:p>
      <w:pPr>
        <w:spacing w:after="80" w:line="240" w:lineRule="auto"/>
      </w:pPr>
      <w:r>
        <w:rPr>
          <w:b/>
        </w:rPr>
        <w:t>Benefits and time off.</w:t>
      </w:r>
      <w:r>
        <w:t xml:space="preserve"> Subject to plan terms and eligibility requirements, you may participate in Company-sponsored benefit programs, including {benefits_summary}. You will be eligible for {pto_details}. The Company may amend or discontinue its benefit plans and policies from time to time.</w:t>
      </w:r>
    </w:p>
    <w:p>
      <w:pPr>
        <w:spacing w:after="80" w:line="240" w:lineRule="auto"/>
      </w:pPr>
      <w:r>
        <w:rPr>
          <w:b/>
        </w:rPr>
        <w:t>Responsibilities.</w:t>
      </w:r>
      <w:r>
        <w:t xml:space="preserve"> In this role, you will perform the duties customarily associated with {job_title}, together with other reasonable duties assigned by your manager. Your initial priorities will include {key_responsibilities}.</w:t>
      </w:r>
    </w:p>
    <w:p>
      <w:pPr>
        <w:spacing w:after="80" w:line="240" w:lineRule="auto"/>
      </w:pPr>
      <w:r>
        <w:rPr>
          <w:b/>
        </w:rPr>
        <w:t>Conditions of employment.</w:t>
      </w:r>
      <w:r>
        <w:t xml:space="preserve"> This offer is contingent upon {contingencies}. You confirm that accepting this offer and performing your duties will not violate any agreement or obligation to a former employer or another party.</w:t>
      </w:r>
    </w:p>
    <w:p>
      <w:pPr>
        <w:spacing w:after="80" w:line="240" w:lineRule="auto"/>
      </w:pPr>
      <w:r>
        <w:rPr>
          <w:b/>
        </w:rPr>
        <w:t>Confidentiality and Company policies.</w:t>
      </w:r>
      <w:r>
        <w:t xml:space="preserve"> As a condition of employment, you agree to sign and comply with the Company's confidentiality, intellectual property, security, and other applicable agreements and policies.</w:t>
      </w:r>
    </w:p>
    <w:p>
      <w:pPr>
        <w:spacing w:after="80" w:line="240" w:lineRule="auto"/>
      </w:pPr>
      <w:r>
        <w:rPr>
          <w:b/>
        </w:rPr>
        <w:t>At-will employment.</w:t>
      </w:r>
      <w:r>
        <w:t xml:space="preserve"> Your employment with {company_name} will be at will. This means that either you or the Company may terminate the employment relationship at any time, with or without cause or advance notice, subject to applicable law. This letter does not create a contract for employment for any fixed period.</w:t>
      </w:r>
    </w:p>
    <w:p>
      <w:pPr>
        <w:spacing w:after="80" w:line="240" w:lineRule="auto"/>
      </w:pPr>
      <w:r>
        <w:rPr>
          <w:b/>
        </w:rPr>
        <w:t>Entire offer.</w:t>
      </w:r>
      <w:r>
        <w:t xml:space="preserve"> This letter, together with any agreements referenced above, contains the terms of this offer and supersedes prior discussions or representations regarding these terms. Any modification must be in writing and signed by an authorized Company representative.</w:t>
      </w:r>
    </w:p>
    <w:p>
      <w:pPr>
        <w:spacing w:after="80" w:line="240" w:lineRule="auto"/>
      </w:pPr>
      <w:r>
        <w:t>Please sign and return this letter by {acceptance_deadline}. We are excited about the possibility of you joining {company_name} and look forward to working with you.</w:t>
      </w:r>
    </w:p>
    <w:p>
      <w:pPr>
        <w:spacing w:after="60" w:line="240" w:lineRule="auto"/>
      </w:pPr>
      <w:r>
        <w:t>Sincerely,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68"/>
        <w:gridCol w:w="4968"/>
      </w:tblGrid>
      <w:tr>
        <w:trPr>
          <w:cantSplit/>
        </w:trPr>
        <w:tc>
          <w:tcPr>
            <w:tcW w:type="dxa" w:w="5083"/>
          </w:tcPr>
          <w:p>
            <w:pPr>
              <w:spacing w:after="0"/>
            </w:pPr>
            <w:r>
              <w:rPr>
                <w:rFonts w:ascii="Aptos" w:hAnsi="Aptos"/>
                <w:b w:val="0"/>
                <w:color w:val="16324F"/>
                <w:sz w:val="20"/>
              </w:rPr>
              <w:t>{sender_signature}</w:t>
            </w:r>
          </w:p>
        </w:tc>
        <w:tc>
          <w:tcPr>
            <w:tcW w:type="dxa" w:w="5083"/>
          </w:tcPr>
          <w:p>
            <w:pPr>
              <w:spacing w:after="0"/>
            </w:pPr>
            <w:r>
              <w:rPr>
                <w:rFonts w:ascii="Aptos" w:hAnsi="Aptos"/>
                <w:b w:val="0"/>
                <w:color w:val="16324F"/>
                <w:sz w:val="20"/>
              </w:rPr>
            </w:r>
          </w:p>
        </w:tc>
      </w:tr>
      <w:tr>
        <w:trPr>
          <w:cantSplit/>
        </w:trPr>
        <w:tc>
          <w:tcPr>
            <w:tcW w:type="dxa" w:w="5083"/>
          </w:tcPr>
          <w:p>
            <w:pPr>
              <w:spacing w:after="0"/>
            </w:pPr>
            <w:r>
              <w:rPr>
                <w:rFonts w:ascii="Aptos" w:hAnsi="Aptos"/>
                <w:b/>
                <w:color w:val="16324F"/>
                <w:sz w:val="18"/>
              </w:rPr>
              <w:t>{sender_name}</w:t>
              <w:br/>
              <w:t>{sender_title}</w:t>
              <w:br/>
              <w:t>{company_name}</w:t>
            </w:r>
          </w:p>
        </w:tc>
        <w:tc>
          <w:tcPr>
            <w:tcW w:type="dxa" w:w="5083"/>
          </w:tcPr>
          <w:p/>
        </w:tc>
      </w:tr>
    </w:tbl>
    <w:p>
      <w:pPr>
        <w:spacing w:after="0"/>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166"/>
      </w:tblGrid>
      <w:tr>
        <w:trPr>
          <w:cantSplit/>
        </w:trPr>
        <w:tc>
          <w:tcPr>
            <w:tcW w:type="dxa" w:w="10166"/>
            <w:shd w:fill="EAF3F8"/>
            <w:tcMar>
              <w:top w:w="130" w:type="dxa"/>
              <w:start w:w="170" w:type="dxa"/>
              <w:bottom w:w="130" w:type="dxa"/>
              <w:end w:w="170" w:type="dxa"/>
            </w:tcMar>
          </w:tcPr>
          <w:p>
            <w:pPr>
              <w:spacing w:after="120"/>
            </w:pPr>
            <w:r>
              <w:rPr>
                <w:b/>
                <w:color w:val="2878B5"/>
                <w:sz w:val="16"/>
              </w:rPr>
              <w:t>ACCEPTANCE OF OFFER</w:t>
            </w:r>
          </w:p>
          <w:p>
            <w:pPr>
              <w:spacing w:after="140"/>
            </w:pPr>
            <w:r>
              <w:t>I accept this offer and agree to the terms described in this letter.</w:t>
            </w:r>
          </w:p>
          <w:p>
            <w:pPr>
              <w:spacing w:after="0"/>
            </w:pPr>
            <w:r>
              <w:rPr>
                <w:sz w:val="17"/>
              </w:rPr>
              <w:t>{candidate_signature}                                      {acceptance_date}</w:t>
              <w:br/>
              <w:t>Candidate signature                                              Date</w:t>
            </w:r>
          </w:p>
        </w:tc>
      </w:tr>
    </w:tbl>
    <w:sectPr w:rsidR="00FC693F" w:rsidRPr="0006063C" w:rsidSect="00034616">
      <w:footerReference w:type="default" r:id="rId9"/>
      <w:pgSz w:w="12240" w:h="15840"/>
      <w:pgMar w:top="547" w:right="1037" w:bottom="547"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E6B75"/>
        <w:sz w:val="15"/>
      </w:rPr>
      <w:t>{company_name}  |  {company_address}  |  {company_website}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6324F"/>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Offer Letter Template</dc:title>
  <dc:subject>ActiveMerge merge-ready US job offer letter</dc:subject>
  <dc:creator>ActiveMerge</dc:creator>
  <cp:keywords/>
  <dc:description>generated by python-docx</dc:description>
  <cp:lastModifiedBy/>
  <cp:revision>1</cp:revision>
  <dcterms:created xsi:type="dcterms:W3CDTF">2013-12-23T23:15:00Z</dcterms:created>
  <dcterms:modified xsi:type="dcterms:W3CDTF">2013-12-23T23:15:00Z</dcterms:modified>
  <cp:category/>
</cp:coreProperties>
</file>