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264"/>
        <w:gridCol w:w="3672"/>
      </w:tblGrid>
      <w:tr>
        <w:trPr>
          <w:cantSplit/>
        </w:trPr>
        <w:tc>
          <w:tcPr>
            <w:tcW w:type="dxa" w:w="5112"/>
            <w:shd w:fill="16324F"/>
            <w:tcMar>
              <w:top w:w="125" w:type="dxa"/>
              <w:start w:w="210" w:type="dxa"/>
              <w:bottom w:w="125" w:type="dxa"/>
              <w:end w:w="210" w:type="dxa"/>
            </w:tcMar>
          </w:tcPr>
          <w:p>
            <w:r>
              <w:rPr>
                <w:rFonts w:ascii="Aptos" w:hAnsi="Aptos"/>
                <w:b/>
                <w:color w:val="FFFFFF"/>
                <w:sz w:val="30"/>
              </w:rPr>
              <w:t>{company_name}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CFE5F2"/>
                <w:sz w:val="15"/>
              </w:rPr>
              <w:t>{company_tagline}</w:t>
            </w:r>
          </w:p>
        </w:tc>
        <w:tc>
          <w:tcPr>
            <w:tcW w:type="dxa" w:w="5112"/>
            <w:shd w:fill="2878B5"/>
            <w:tcMar>
              <w:top w:w="125" w:type="dxa"/>
              <w:start w:w="170" w:type="dxa"/>
              <w:bottom w:w="125" w:type="dxa"/>
              <w:end w:w="17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color w:val="FFFFFF"/>
                <w:sz w:val="18"/>
              </w:rPr>
              <w:t>SICK LEAVE FORM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color w:val="16324F"/>
          <w:sz w:val="30"/>
        </w:rPr>
        <w:t>Sick Leave Form</w:t>
      </w:r>
    </w:p>
    <w:p>
      <w:pPr>
        <w:spacing w:after="140"/>
      </w:pPr>
      <w:r>
        <w:rPr>
          <w:rFonts w:ascii="Aptos" w:hAnsi="Aptos"/>
          <w:b w:val="0"/>
          <w:color w:val="5E6B75"/>
          <w:sz w:val="16"/>
        </w:rPr>
        <w:t>Employee illness or injury absence record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4968"/>
        <w:gridCol w:w="4968"/>
      </w:tblGrid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EMPLOYEE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{employee_full_name}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EMPLOYEE ID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{employee_id}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DEPARTMENT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{department}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SUPERVISOR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{supervisor_name}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SUBMISSION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{submission_date}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PREFERRED CONTACT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{preferred_contact}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4968"/>
        <w:gridCol w:w="4968"/>
      </w:tblGrid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LEAVE START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{leave_start_date}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EXPECTED RETURN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{expected_return_date}</w:t>
            </w:r>
          </w:p>
        </w:tc>
      </w:tr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TOTAL WORKDAYS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{total_workdays}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F5F8FA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MEDICAL CERTIFICATE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{medical_certificate_status}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ABSENCE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{absence_details}</w:t>
              <w:br/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MEDICAL DOCUMENTATION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{medical_documentation_details}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WORK COVERAGE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{work_coverage}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4968"/>
        <w:gridCol w:w="4968"/>
      </w:tblGrid>
      <w:tr>
        <w:trPr>
          <w:cantSplit/>
        </w:trPr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MANAGER DECISION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{manager_decision}</w:t>
            </w:r>
          </w:p>
        </w:tc>
        <w:tc>
          <w:tcPr>
            <w:tcW w:type="dxa" w:w="5112"/>
            <w:tcMar>
              <w:top w:w="90" w:type="dxa"/>
              <w:start w:w="140" w:type="dxa"/>
              <w:bottom w:w="90" w:type="dxa"/>
              <w:end w:w="140" w:type="dxa"/>
            </w:tcMar>
            <w:vAlign w:val="center"/>
            <w:shd w:fill="EAF3F8"/>
          </w:tcPr>
          <w:p>
            <w:pPr>
              <w:spacing w:after="20"/>
            </w:pPr>
            <w:r>
              <w:rPr>
                <w:rFonts w:ascii="Aptos" w:hAnsi="Aptos"/>
                <w:b/>
                <w:color w:val="2878B5"/>
                <w:sz w:val="14"/>
              </w:rPr>
              <w:t>DECISION DATE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{decision_date}</w:t>
            </w:r>
          </w:p>
        </w:tc>
      </w:tr>
    </w:tbl>
    <w:p>
      <w:pPr>
        <w:spacing w:after="0"/>
      </w:pPr>
    </w:p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MANAGER OR HR COMMENTS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5" w:color="D9E2E8"/>
          <w:left w:val="single" w:sz="5" w:color="D9E2E8"/>
          <w:bottom w:val="single" w:sz="5" w:color="D9E2E8"/>
          <w:right w:val="single" w:sz="5" w:color="D9E2E8"/>
          <w:insideH w:val="single" w:sz="5" w:color="D9E2E8"/>
          <w:insideV w:val="single" w:sz="5" w:color="D9E2E8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shd w:fill="F5F8FA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{approval_comments}</w:t>
            </w:r>
          </w:p>
        </w:tc>
      </w:tr>
    </w:tbl>
    <w:p>
      <w:pPr>
        <w:spacing w:before="100" w:after="60"/>
      </w:pPr>
      <w:r>
        <w:rPr>
          <w:rFonts w:ascii="Aptos" w:hAnsi="Aptos"/>
          <w:b/>
          <w:color w:val="2878B5"/>
          <w:sz w:val="16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{employee_signature}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SIGNATURE</w:t>
            </w:r>
          </w:p>
        </w:tc>
        <w:tc>
          <w:tcPr>
            <w:tcW w:type="dxa" w:w="5112"/>
            <w:tcMar>
              <w:top w:w="20" w:type="dxa"/>
              <w:start w:w="80" w:type="dxa"/>
              <w:bottom w:w="20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{manager_signature}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SIGNATURE</w:t>
            </w:r>
          </w:p>
        </w:tc>
      </w:tr>
      <w:tr>
        <w:trPr>
          <w:cantSplit/>
        </w:trPr>
        <w:tc>
          <w:tcPr>
            <w:tcW w:type="dxa" w:w="5112"/>
            <w:tcMar>
              <w:top w:w="15" w:type="dxa"/>
              <w:start w:w="80" w:type="dxa"/>
              <w:bottom w:w="1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{employee_signature_date}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EMPLOYEE DATE</w:t>
            </w:r>
          </w:p>
        </w:tc>
        <w:tc>
          <w:tcPr>
            <w:tcW w:type="dxa" w:w="5112"/>
            <w:tcMar>
              <w:top w:w="15" w:type="dxa"/>
              <w:start w:w="80" w:type="dxa"/>
              <w:bottom w:w="15" w:type="dxa"/>
              <w:end w:w="8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16324F"/>
                <w:sz w:val="18"/>
              </w:rPr>
              <w:t>{manager_signature_date}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color w:val="5E6B75"/>
                <w:sz w:val="13"/>
              </w:rPr>
              <w:t>MANAGER DATE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1008" w:bottom="691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E6B75"/>
        <w:sz w:val="14"/>
      </w:rPr>
      <w:t>{company_name}  |  {company_address}  |  {company_website}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6324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 Sick Leave Form</dc:title>
  <dc:subject/>
  <dc:creator>ActiveMerge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