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264"/>
        <w:gridCol w:w="3672"/>
      </w:tblGrid>
      <w:tr>
        <w:trPr>
          <w:cantSplit/>
        </w:trPr>
        <w:tc>
          <w:tcPr>
            <w:tcW w:type="dxa" w:w="5112"/>
            <w:shd w:fill="16324F"/>
            <w:tcMar>
              <w:top w:w="125" w:type="dxa"/>
              <w:start w:w="210" w:type="dxa"/>
              <w:bottom w:w="125" w:type="dxa"/>
              <w:end w:w="210" w:type="dxa"/>
            </w:tcMar>
          </w:tcPr>
          <w:p>
            <w:r>
              <w:rPr>
                <w:rFonts w:ascii="Aptos" w:hAnsi="Aptos"/>
                <w:b/>
                <w:color w:val="FFFFFF"/>
                <w:sz w:val="30"/>
              </w:rPr>
              <w:t>{company_name}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CFE5F2"/>
                <w:sz w:val="15"/>
              </w:rPr>
              <w:t>{company_tagline}</w:t>
            </w:r>
          </w:p>
        </w:tc>
        <w:tc>
          <w:tcPr>
            <w:tcW w:type="dxa" w:w="5112"/>
            <w:shd w:fill="2878B5"/>
            <w:tcMar>
              <w:top w:w="125" w:type="dxa"/>
              <w:start w:w="170" w:type="dxa"/>
              <w:bottom w:w="125" w:type="dxa"/>
              <w:end w:w="170" w:type="dxa"/>
            </w:tcMar>
          </w:tcPr>
          <w:p>
            <w:pPr>
              <w:jc w:val="right"/>
            </w:pPr>
            <w:r>
              <w:rPr>
                <w:rFonts w:ascii="Aptos" w:hAnsi="Aptos"/>
                <w:b/>
                <w:color w:val="FFFFFF"/>
                <w:sz w:val="18"/>
              </w:rPr>
              <w:t>VACATION REQUEST FORM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color w:val="16324F"/>
          <w:sz w:val="30"/>
        </w:rPr>
        <w:t>Vacation Request Form</w:t>
      </w:r>
    </w:p>
    <w:p>
      <w:pPr>
        <w:spacing w:after="140"/>
      </w:pPr>
      <w:r>
        <w:rPr>
          <w:rFonts w:ascii="Aptos" w:hAnsi="Aptos"/>
          <w:b w:val="0"/>
          <w:color w:val="5E6B75"/>
          <w:sz w:val="16"/>
        </w:rPr>
        <w:t>Employee vacation request and manager response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4968"/>
        <w:gridCol w:w="4968"/>
      </w:tblGrid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EMPLOYEE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{employee_full_name}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DEPARTMENT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{department}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MANAGER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{manager_name}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REQUEST DATE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{request_date}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VACATION START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{vacation_start_date}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VACATION END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{vacation_end_date}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WORKDAYS REQUESTED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{workdays_requested}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RETURN DATE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{return_date}</w:t>
            </w:r>
          </w:p>
        </w:tc>
      </w:tr>
    </w:tbl>
    <w:p>
      <w:pPr>
        <w:spacing w:after="0"/>
      </w:pPr>
    </w:p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REASON OR NOTES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{employee_notes}</w:t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COVERAGE AND DELEGATED TASKS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{coverage_and_delegated_tasks}</w:t>
              <w:br/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4968"/>
        <w:gridCol w:w="4968"/>
      </w:tblGrid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BACKUP CONTACT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{backup_contact_name}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BACKUP CONTACT DETAILS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{backup_contact_details}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MANAGER DECISION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{manager_decision}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DECISION DATE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{decision_date}</w:t>
            </w:r>
          </w:p>
        </w:tc>
      </w:tr>
    </w:tbl>
    <w:p>
      <w:pPr>
        <w:spacing w:after="0"/>
      </w:pPr>
    </w:p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MANAGER COMMENTS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{manager_comments}</w:t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{employee_signature}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SIGNATURE</w:t>
            </w:r>
          </w:p>
        </w:tc>
        <w:tc>
          <w:tcPr>
            <w:tcW w:type="dxa" w:w="5112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{manager_signature}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SIGNATURE</w:t>
            </w:r>
          </w:p>
        </w:tc>
      </w:tr>
      <w:tr>
        <w:trPr>
          <w:cantSplit/>
        </w:trPr>
        <w:tc>
          <w:tcPr>
            <w:tcW w:type="dxa" w:w="5112"/>
            <w:tcMar>
              <w:top w:w="15" w:type="dxa"/>
              <w:start w:w="80" w:type="dxa"/>
              <w:bottom w:w="15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{employee_signature_date}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EMPLOYEE DATE</w:t>
            </w:r>
          </w:p>
        </w:tc>
        <w:tc>
          <w:tcPr>
            <w:tcW w:type="dxa" w:w="5112"/>
            <w:tcMar>
              <w:top w:w="15" w:type="dxa"/>
              <w:start w:w="80" w:type="dxa"/>
              <w:bottom w:w="15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{manager_signature_date}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MANAGER DATE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1008" w:bottom="691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E6B75"/>
        <w:sz w:val="14"/>
      </w:rPr>
      <w:t>{company_name}  |  {company_address}  |  {company_website}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6324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 Vacation Request Form</dc:title>
  <dc:subject/>
  <dc:creator>ActiveMerge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