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LEAVE OF ABSENCE REQUEST FORM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Leave of Absence Request Form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Employee request and management decision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 ID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{employee_id}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JOB TITLE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{job_title}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SUPERVISOR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{supervisor_name}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REQUEST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{request_date}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LEAVE TYPE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{leave_type}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START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{leave_start_date}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END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{leave_end_date}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TOTAL WORKDAYS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{total_workdays}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CONTACT EMAIL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{contact_email}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CONTACT PHONE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{contact_phone}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REASON FOR LEAVE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{leave_reason}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WORK COVERAGE PLAN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{work_coverage_plan}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SUPPORTING DOCUMENTATION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{supporting_documentation}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MANAGER DECISION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{manager_decision}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HR DECISION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{hr_decision}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DECISION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{decision_date}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RETURN-TO-WORK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{return_to_work_date}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APPROVAL COMMENTS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{approval_comments}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3408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  <w:tc>
          <w:tcPr>
            <w:tcW w:type="dxa" w:w="3408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  <w:tc>
          <w:tcPr>
            <w:tcW w:type="dxa" w:w="3408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{hr_signature}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3408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EMPLOYEE DATE</w:t>
            </w:r>
          </w:p>
        </w:tc>
        <w:tc>
          <w:tcPr>
            <w:tcW w:type="dxa" w:w="3408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MANAGER DATE</w:t>
            </w:r>
          </w:p>
        </w:tc>
        <w:tc>
          <w:tcPr>
            <w:tcW w:type="dxa" w:w="3408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{hr_signature_date}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HR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 Leave of Absence Request Form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