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264"/>
        <w:gridCol w:w="3672"/>
      </w:tblGrid>
      <w:tr>
        <w:trPr>
          <w:cantSplit/>
        </w:trPr>
        <w:tc>
          <w:tcPr>
            <w:tcW w:type="dxa" w:w="5112"/>
            <w:shd w:fill="16324F"/>
            <w:tcMar>
              <w:top w:w="125" w:type="dxa"/>
              <w:start w:w="210" w:type="dxa"/>
              <w:bottom w:w="125" w:type="dxa"/>
              <w:end w:w="210" w:type="dxa"/>
            </w:tcMar>
          </w:tcPr>
          <w:p>
            <w:r>
              <w:rPr>
                <w:rFonts w:ascii="Aptos" w:hAnsi="Aptos"/>
                <w:b/>
                <w:color w:val="FFFFFF"/>
                <w:sz w:val="30"/>
              </w:rPr>
              <w:t>{company_name}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CFE5F2"/>
                <w:sz w:val="15"/>
              </w:rPr>
              <w:t>{company_tagline}</w:t>
            </w:r>
          </w:p>
        </w:tc>
        <w:tc>
          <w:tcPr>
            <w:tcW w:type="dxa" w:w="5112"/>
            <w:shd w:fill="2878B5"/>
            <w:tcMar>
              <w:top w:w="125" w:type="dxa"/>
              <w:start w:w="170" w:type="dxa"/>
              <w:bottom w:w="125" w:type="dxa"/>
              <w:end w:w="170" w:type="dxa"/>
            </w:tcMar>
          </w:tcPr>
          <w:p>
            <w:pPr>
              <w:jc w:val="right"/>
            </w:pPr>
            <w:r>
              <w:rPr>
                <w:rFonts w:ascii="Aptos" w:hAnsi="Aptos"/>
                <w:b/>
                <w:color w:val="FFFFFF"/>
                <w:sz w:val="18"/>
              </w:rPr>
              <w:t>EMPLOYEE TERMINATION LETTER</w:t>
            </w:r>
          </w:p>
        </w:tc>
      </w:tr>
    </w:tbl>
    <w:p>
      <w:pPr>
        <w:spacing w:before="140" w:after="80"/>
      </w:pPr>
      <w:r>
        <w:rPr>
          <w:rFonts w:ascii="Aptos" w:hAnsi="Aptos"/>
          <w:b/>
          <w:color w:val="16324F"/>
          <w:sz w:val="30"/>
        </w:rPr>
        <w:t>Employee Termination Letter</w:t>
      </w:r>
    </w:p>
    <w:p>
      <w:pPr>
        <w:spacing w:after="140"/>
      </w:pPr>
      <w:r>
        <w:rPr>
          <w:rFonts w:ascii="Aptos" w:hAnsi="Aptos"/>
          <w:b w:val="0"/>
          <w:color w:val="5E6B75"/>
          <w:sz w:val="16"/>
        </w:rPr>
        <w:t>Formal notice regarding the end of employment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4968"/>
        <w:gridCol w:w="4968"/>
      </w:tblGrid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EMPLOYEE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{employee_full_name}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NOTICE DATE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{notice_date}</w:t>
            </w:r>
          </w:p>
        </w:tc>
      </w:tr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F5F8FA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POSITION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{job_title}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F5F8FA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DEPARTMENT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{department}</w:t>
            </w:r>
          </w:p>
        </w:tc>
      </w:tr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EFFECTIVE DATE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{termination_effective_date}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FINAL WORKING DAY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{final_working_day}</w:t>
            </w:r>
          </w:p>
        </w:tc>
      </w:tr>
    </w:tbl>
    <w:p>
      <w:pPr>
        <w:spacing w:after="0"/>
      </w:pPr>
    </w:p>
    <w:p>
      <w:pPr>
        <w:spacing w:after="120" w:line="250" w:lineRule="auto"/>
      </w:pPr>
      <w:r>
        <w:rPr>
          <w:rFonts w:ascii="Aptos" w:hAnsi="Aptos"/>
          <w:b w:val="0"/>
          <w:color w:val="16324F"/>
          <w:sz w:val="18"/>
        </w:rPr>
        <w:t>Dear {employee_first_name},</w:t>
      </w:r>
    </w:p>
    <w:p>
      <w:pPr>
        <w:spacing w:after="100" w:line="250" w:lineRule="auto"/>
      </w:pPr>
      <w:r>
        <w:rPr>
          <w:rFonts w:ascii="Aptos" w:hAnsi="Aptos"/>
          <w:b w:val="0"/>
          <w:color w:val="16324F"/>
          <w:sz w:val="18"/>
        </w:rPr>
        <w:t>This letter confirms that your employment with {company_name} will end effective {termination_effective_date}.</w:t>
      </w:r>
    </w:p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REASON AND RELEVANT INFORMATION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{termination_summary}</w:t>
              <w:br/>
            </w:r>
          </w:p>
        </w:tc>
      </w:tr>
    </w:tbl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FINAL PAY BENEFITS AND OTHER ENTITLEMENTS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{final_pay_and_benefits}</w:t>
              <w:br/>
            </w:r>
          </w:p>
        </w:tc>
      </w:tr>
    </w:tbl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RETURN OF COMPANY PROPERTY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{property_return_requirements}</w:t>
            </w:r>
          </w:p>
        </w:tc>
      </w:tr>
    </w:tbl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CONTINUING OBLIGATIONS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{continuing_obligations}</w:t>
            </w:r>
          </w:p>
        </w:tc>
      </w:tr>
    </w:tbl>
    <w:p>
      <w:pPr>
        <w:spacing w:after="100" w:line="250" w:lineRule="auto"/>
      </w:pPr>
      <w:r>
        <w:rPr>
          <w:rFonts w:ascii="Aptos" w:hAnsi="Aptos"/>
          <w:b w:val="0"/>
          <w:color w:val="16324F"/>
          <w:sz w:val="18"/>
        </w:rPr>
        <w:t>Please direct questions about final pay, benefits, or separation documents to {hr_contact_name} at {hr_contact_email} or {hr_contact_phone}.</w:t>
      </w:r>
    </w:p>
    <w:p>
      <w:pPr>
        <w:spacing w:after="60" w:line="250" w:lineRule="auto"/>
      </w:pPr>
      <w:r>
        <w:rPr>
          <w:rFonts w:ascii="Aptos" w:hAnsi="Aptos"/>
          <w:b w:val="0"/>
          <w:color w:val="16324F"/>
          <w:sz w:val="18"/>
        </w:rPr>
        <w:t>Sincerely,</w:t>
      </w:r>
    </w:p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{authorized_signature}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color w:val="5E6B75"/>
                <w:sz w:val="13"/>
              </w:rPr>
              <w:t>SIGNATURE</w:t>
            </w:r>
          </w:p>
        </w:tc>
      </w:tr>
      <w:tr>
        <w:trPr>
          <w:cantSplit/>
        </w:trPr>
        <w:tc>
          <w:tcPr>
            <w:tcW w:type="dxa" w:w="10224"/>
            <w:tcMar>
              <w:top w:w="15" w:type="dxa"/>
              <w:start w:w="80" w:type="dxa"/>
              <w:bottom w:w="15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{signature_date}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color w:val="5E6B75"/>
                <w:sz w:val="13"/>
              </w:rPr>
              <w:t>AUTHORIZED REPRESENTATIVE DATE</w:t>
            </w:r>
          </w:p>
        </w:tc>
      </w:tr>
    </w:tbl>
    <w:p>
      <w:pPr>
        <w:spacing w:after="0" w:line="250" w:lineRule="auto"/>
      </w:pPr>
      <w:r>
        <w:rPr>
          <w:rFonts w:ascii="Aptos" w:hAnsi="Aptos"/>
          <w:b w:val="0"/>
          <w:color w:val="16324F"/>
          <w:sz w:val="18"/>
        </w:rPr>
        <w:t>{authorized_name}</w:t>
        <w:br/>
        <w:t>{authorized_title}</w:t>
        <w:br/>
        <w:t>{company_name}</w:t>
      </w:r>
    </w:p>
    <w:sectPr w:rsidR="00FC693F" w:rsidRPr="0006063C" w:rsidSect="00034616">
      <w:footerReference w:type="default" r:id="rId9"/>
      <w:pgSz w:w="12240" w:h="15840"/>
      <w:pgMar w:top="605" w:right="1008" w:bottom="691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5E6B75"/>
        <w:sz w:val="14"/>
      </w:rPr>
      <w:t>{company_name}  |  {company_address}  |  {company_website}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6324F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 Employee Termination Letter</dc:title>
  <dc:subject/>
  <dc:creator>ActiveMerge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