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EMPLOYEE ONBOARDING CHECKLIST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Employee Onboarding Checklist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Pre-arrival through 90-day onboarding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START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{start_date}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POSITION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{job_title}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MANAGER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WORK LOCATION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{work_location}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PRE-ARRIVAL TASKS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{pre_arrival_tasks}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FIRST-DAY TASKS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{first_day_tasks}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FIRST-WEEK TASKS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{first_week_tasks}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EQUIPMENT AND ACCESS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{equipment_and_access}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30 60 90 DAY FOLLOW-UP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{follow_up_milestones}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NOTES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{additional_notes}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{hr_signature}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{hr_completion_date}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HR DATE</w:t>
            </w:r>
          </w:p>
        </w:tc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{manager_completion_date}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MANAGER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Employee Onboarding Checklist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