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264"/>
        <w:gridCol w:w="3672"/>
      </w:tblGrid>
      <w:tr>
        <w:trPr>
          <w:cantSplit/>
        </w:trPr>
        <w:tc>
          <w:tcPr>
            <w:tcW w:type="dxa" w:w="5112"/>
            <w:shd w:fill="16324F"/>
            <w:tcMar>
              <w:top w:w="125" w:type="dxa"/>
              <w:start w:w="210" w:type="dxa"/>
              <w:bottom w:w="125" w:type="dxa"/>
              <w:end w:w="210" w:type="dxa"/>
            </w:tcMar>
          </w:tcPr>
          <w:p>
            <w:r>
              <w:rPr>
                <w:rFonts w:ascii="Aptos" w:hAnsi="Aptos"/>
                <w:b/>
                <w:color w:val="FFFFFF"/>
                <w:sz w:val="30"/>
              </w:rPr>
              <w:t>{company_name}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CFE5F2"/>
                <w:sz w:val="15"/>
              </w:rPr>
              <w:t>{company_tagline}</w:t>
            </w:r>
          </w:p>
        </w:tc>
        <w:tc>
          <w:tcPr>
            <w:tcW w:type="dxa" w:w="5112"/>
            <w:shd w:fill="2878B5"/>
            <w:tcMar>
              <w:top w:w="125" w:type="dxa"/>
              <w:start w:w="170" w:type="dxa"/>
              <w:bottom w:w="125" w:type="dxa"/>
              <w:end w:w="170" w:type="dxa"/>
            </w:tcMar>
          </w:tcPr>
          <w:p>
            <w:pPr>
              <w:jc w:val="right"/>
            </w:pPr>
            <w:r>
              <w:rPr>
                <w:rFonts w:ascii="Aptos" w:hAnsi="Aptos"/>
                <w:b/>
                <w:color w:val="FFFFFF"/>
                <w:sz w:val="18"/>
              </w:rPr>
              <w:t>EMPLOYMENT APPLICATION FORM</w:t>
            </w:r>
          </w:p>
        </w:tc>
      </w:tr>
    </w:tbl>
    <w:p>
      <w:pPr>
        <w:spacing w:before="140" w:after="80"/>
      </w:pPr>
      <w:r>
        <w:rPr>
          <w:rFonts w:ascii="Aptos" w:hAnsi="Aptos"/>
          <w:b/>
          <w:color w:val="16324F"/>
          <w:sz w:val="30"/>
        </w:rPr>
        <w:t>Employment Application Form</w:t>
      </w:r>
    </w:p>
    <w:p>
      <w:pPr>
        <w:spacing w:after="140"/>
      </w:pPr>
      <w:r>
        <w:rPr>
          <w:rFonts w:ascii="Aptos" w:hAnsi="Aptos"/>
          <w:b w:val="0"/>
          <w:color w:val="5E6B75"/>
          <w:sz w:val="16"/>
        </w:rPr>
        <w:t>Candidate information for employment consideration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4968"/>
        <w:gridCol w:w="4968"/>
      </w:tblGrid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APPLICANT NAME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{applicant_full_name}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APPLICATION DATE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{application_date}</w:t>
            </w:r>
          </w:p>
        </w:tc>
      </w:tr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F5F8FA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EMAIL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{email}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F5F8FA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PHONE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{phone}</w:t>
            </w:r>
          </w:p>
        </w:tc>
      </w:tr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ADDRESS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{address}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POSITION APPLIED FOR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{job_title}</w:t>
            </w:r>
          </w:p>
        </w:tc>
      </w:tr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F5F8FA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AVAILABLE START DATE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{available_start_date}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F5F8FA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DESIRED COMPENSATION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{desired_compensation}</w:t>
            </w:r>
          </w:p>
        </w:tc>
      </w:tr>
    </w:tbl>
    <w:p>
      <w:pPr>
        <w:spacing w:after="0"/>
      </w:pPr>
    </w:p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EDUCATION AND QUALIFICATIONS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{education_and_qualifications}</w:t>
              <w:br/>
            </w:r>
          </w:p>
        </w:tc>
      </w:tr>
    </w:tbl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EMPLOYMENT HISTORY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{employment_history}</w:t>
              <w:br/>
            </w:r>
          </w:p>
        </w:tc>
      </w:tr>
    </w:tbl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PROFESSIONAL REFERENCES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{professional_references}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4968"/>
        <w:gridCol w:w="4968"/>
      </w:tblGrid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AUTHORIZED TO WORK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{work_authorization_status}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SPONSORSHIP REQUIRED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{sponsorship_required}</w:t>
            </w:r>
          </w:p>
        </w:tc>
      </w:tr>
    </w:tbl>
    <w:p>
      <w:pPr>
        <w:spacing w:after="0"/>
      </w:pPr>
    </w:p>
    <w:p>
      <w:pPr>
        <w:spacing w:after="100" w:line="250" w:lineRule="auto"/>
      </w:pPr>
      <w:r>
        <w:rPr>
          <w:rFonts w:ascii="Aptos" w:hAnsi="Aptos"/>
          <w:b w:val="0"/>
          <w:color w:val="16324F"/>
          <w:sz w:val="18"/>
        </w:rPr>
        <w:t>I certify that the information provided is complete and accurate. I authorize {company_name} to verify information relevant to my application, subject to applicable law.</w:t>
      </w:r>
    </w:p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{applicant_signature}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color w:val="5E6B75"/>
                <w:sz w:val="13"/>
              </w:rPr>
              <w:t>SIGNATURE</w:t>
            </w:r>
          </w:p>
        </w:tc>
      </w:tr>
      <w:tr>
        <w:trPr>
          <w:cantSplit/>
        </w:trPr>
        <w:tc>
          <w:tcPr>
            <w:tcW w:type="dxa" w:w="10224"/>
            <w:tcMar>
              <w:top w:w="15" w:type="dxa"/>
              <w:start w:w="80" w:type="dxa"/>
              <w:bottom w:w="15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{signature_date}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color w:val="5E6B75"/>
                <w:sz w:val="13"/>
              </w:rPr>
              <w:t>APPLICANT DATE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1008" w:bottom="691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5E6B75"/>
        <w:sz w:val="14"/>
      </w:rPr>
      <w:t>{company_name}  |  {company_address}  |  {company_website}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6324F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 Employment Application Form</dc:title>
  <dc:subject/>
  <dc:creator>ActiveMerge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